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Resident Housing Application Form</w:t>
      </w:r>
    </w:p>
    <w:p>
      <w:r>
        <w:t>Group Home Name: ___________________________</w:t>
      </w:r>
    </w:p>
    <w:p>
      <w:r>
        <w:t>Address: ___________________________</w:t>
      </w:r>
    </w:p>
    <w:p>
      <w:r>
        <w:t>Phone: ___________________________</w:t>
      </w:r>
    </w:p>
    <w:p>
      <w:r>
        <w:t>Date of Application: ____ / ____ / ______</w:t>
      </w:r>
    </w:p>
    <w:p>
      <w:pPr>
        <w:pStyle w:val="Heading2"/>
      </w:pPr>
      <w:r>
        <w:t>1. Applicant Information</w:t>
      </w:r>
    </w:p>
    <w:p>
      <w:r>
        <w:t>Full Name: ___________________________________</w:t>
      </w:r>
    </w:p>
    <w:p>
      <w:r>
        <w:t>Date of Birth: ____ / ____ / ______</w:t>
      </w:r>
    </w:p>
    <w:p>
      <w:r>
        <w:t>Age: _______</w:t>
      </w:r>
    </w:p>
    <w:p>
      <w:r>
        <w:t>Gender: ☐ Male ☐ Female ☐ Other</w:t>
      </w:r>
    </w:p>
    <w:p>
      <w:r>
        <w:t>Social Security Number (last 4 digits): ____ – ____ – ______</w:t>
      </w:r>
    </w:p>
    <w:p>
      <w:r>
        <w:t>Current Address: ___________________________________</w:t>
      </w:r>
    </w:p>
    <w:p>
      <w:r>
        <w:t>Phone Number: ___________________________________</w:t>
      </w:r>
    </w:p>
    <w:p>
      <w:r>
        <w:t>Email Address: ___________________________________</w:t>
      </w:r>
    </w:p>
    <w:p>
      <w:pPr>
        <w:pStyle w:val="Heading2"/>
      </w:pPr>
      <w:r>
        <w:t>2. Emergency Contact Information</w:t>
      </w:r>
    </w:p>
    <w:p>
      <w:r>
        <w:t>Name: ___________________________________</w:t>
      </w:r>
    </w:p>
    <w:p>
      <w:r>
        <w:t>Relationship: ___________________________________</w:t>
      </w:r>
    </w:p>
    <w:p>
      <w:r>
        <w:t>Phone Number: ___________________________________</w:t>
      </w:r>
    </w:p>
    <w:p>
      <w:r>
        <w:t>Alternate Phone: ___________________________________</w:t>
      </w:r>
    </w:p>
    <w:p>
      <w:pPr>
        <w:pStyle w:val="Heading2"/>
      </w:pPr>
      <w:r>
        <w:t>3. Medical &amp; Support Needs</w:t>
      </w:r>
    </w:p>
    <w:p>
      <w:r>
        <w:t>Primary Care Physician: ___________________________ Phone: _______________</w:t>
      </w:r>
    </w:p>
    <w:p>
      <w:r>
        <w:t>Current Diagnosis (if applicable): ___________________________________</w:t>
      </w:r>
    </w:p>
    <w:p>
      <w:r>
        <w:t>Current Medications: ___________________________________</w:t>
      </w:r>
    </w:p>
    <w:p>
      <w:r>
        <w:t>Allergies: ___________________________________</w:t>
      </w:r>
    </w:p>
    <w:p>
      <w:r>
        <w:t>Do you require assistance with daily living activities? ☐ Yes ☐ No</w:t>
      </w:r>
    </w:p>
    <w:p>
      <w:r>
        <w:t>If yes, please describe: ___________________________________</w:t>
      </w:r>
    </w:p>
    <w:p>
      <w:pPr>
        <w:pStyle w:val="Heading2"/>
      </w:pPr>
      <w:r>
        <w:t>4. Housing Needs &amp; Preferences</w:t>
      </w:r>
    </w:p>
    <w:p>
      <w:r>
        <w:t>Type of Room Requested: ☐ Private ☐ Shared</w:t>
      </w:r>
    </w:p>
    <w:p>
      <w:r>
        <w:t>Do you require accessibility features (wheelchair access, grab bars, etc.)? ☐ Yes ☐ No</w:t>
      </w:r>
    </w:p>
    <w:p>
      <w:r>
        <w:t>Preferred Move-in Date: ____ / ____ / ______</w:t>
      </w:r>
    </w:p>
    <w:p>
      <w:pPr>
        <w:pStyle w:val="Heading2"/>
      </w:pPr>
      <w:r>
        <w:t>5. Background Information</w:t>
      </w:r>
    </w:p>
    <w:p>
      <w:r>
        <w:t>Have you lived in a group home before? ☐ Yes ☐ No</w:t>
      </w:r>
    </w:p>
    <w:p>
      <w:r>
        <w:t>If yes, where and when? ___________________________________</w:t>
      </w:r>
    </w:p>
    <w:p>
      <w:r>
        <w:t>Do you have any history of:</w:t>
      </w:r>
    </w:p>
    <w:p>
      <w:r>
        <w:t xml:space="preserve">  - Violence? ☐ Yes ☐ No</w:t>
      </w:r>
    </w:p>
    <w:p>
      <w:r>
        <w:t xml:space="preserve">  - Substance use? ☐ Yes ☐ No</w:t>
      </w:r>
    </w:p>
    <w:p>
      <w:r>
        <w:t xml:space="preserve">  - Legal issues? ☐ Yes ☐ No</w:t>
      </w:r>
    </w:p>
    <w:p>
      <w:r>
        <w:t>Explain if necessary: ___________________________________</w:t>
      </w:r>
    </w:p>
    <w:p>
      <w:pPr>
        <w:pStyle w:val="Heading2"/>
      </w:pPr>
      <w:r>
        <w:t>6. Financial Information</w:t>
      </w:r>
    </w:p>
    <w:p>
      <w:r>
        <w:t>Source of Income: ☐ Employment ☐ SSI/SSDI ☐ Pension ☐ Other: __________</w:t>
      </w:r>
    </w:p>
    <w:p>
      <w:r>
        <w:t>Monthly Income: $__________</w:t>
      </w:r>
    </w:p>
    <w:p>
      <w:r>
        <w:t>Responsible Party for Payment (if not applicant):</w:t>
      </w:r>
    </w:p>
    <w:p>
      <w:r>
        <w:t>Name: ___________________________________</w:t>
      </w:r>
    </w:p>
    <w:p>
      <w:r>
        <w:t>Relationship: ___________________________________</w:t>
      </w:r>
    </w:p>
    <w:p>
      <w:r>
        <w:t>Phone: ___________________________________</w:t>
      </w:r>
    </w:p>
    <w:p>
      <w:pPr>
        <w:pStyle w:val="Heading2"/>
      </w:pPr>
      <w:r>
        <w:t>7. Consent &amp; Signature</w:t>
      </w:r>
    </w:p>
    <w:p>
      <w:r>
        <w:t>I certify that all information provided is true and complete to the best of my knowledge. I understand that false or misleading information may result in denial of housing.</w:t>
      </w:r>
    </w:p>
    <w:p>
      <w:r>
        <w:br/>
        <w:t>Signature of Applicant: ___________________________ Date: ____ / ____ / ______</w:t>
      </w:r>
    </w:p>
    <w:p>
      <w:r>
        <w:t>Signature of Guardian/Representative (if applicable): ___________________________</w:t>
      </w:r>
    </w:p>
    <w:p>
      <w:pPr>
        <w:pStyle w:val="Heading2"/>
      </w:pPr>
      <w:r>
        <w:t>Attachments Required:</w:t>
      </w:r>
    </w:p>
    <w:p>
      <w:r>
        <w:t>- Copy of ID</w:t>
      </w:r>
    </w:p>
    <w:p>
      <w:r>
        <w:t>- Medical summary (if applicable)</w:t>
      </w:r>
    </w:p>
    <w:p>
      <w:r>
        <w:t>- Proof of income/benefits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